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5B835" w14:textId="42EC2A39" w:rsidR="00390D8F" w:rsidRPr="00D84ABB" w:rsidRDefault="00AB2F27" w:rsidP="00D84ABB">
      <w:pPr>
        <w:jc w:val="center"/>
        <w:rPr>
          <w:lang w:val="it-IT"/>
        </w:rPr>
      </w:pPr>
      <w:bookmarkStart w:id="0" w:name="_GoBack"/>
      <w:bookmarkEnd w:id="0"/>
      <w:r w:rsidRPr="00443893">
        <w:rPr>
          <w:b/>
          <w:color w:val="auto"/>
          <w:sz w:val="32"/>
          <w:lang w:val="it-IT"/>
        </w:rPr>
        <w:t>ALLEGATO A</w:t>
      </w:r>
    </w:p>
    <w:p w14:paraId="0828B77A" w14:textId="3A555B3F" w:rsidR="00390D8F" w:rsidRPr="00443893" w:rsidRDefault="00AB2F27">
      <w:pPr>
        <w:spacing w:after="240"/>
        <w:jc w:val="center"/>
        <w:rPr>
          <w:color w:val="auto"/>
          <w:lang w:val="it-IT"/>
        </w:rPr>
      </w:pPr>
      <w:r w:rsidRPr="00443893">
        <w:rPr>
          <w:b/>
          <w:color w:val="auto"/>
          <w:sz w:val="23"/>
          <w:lang w:val="it-IT"/>
        </w:rPr>
        <w:t>MODULO DI CANDIDATURA PER INTERPELLO NAZIONALE</w:t>
      </w:r>
      <w:r w:rsidRPr="00443893">
        <w:rPr>
          <w:b/>
          <w:color w:val="auto"/>
          <w:sz w:val="23"/>
          <w:lang w:val="it-IT"/>
        </w:rPr>
        <w:br/>
        <w:t>Classe di Concorso AE56 – Fagotto (Periodo 23/</w:t>
      </w:r>
      <w:r w:rsidR="00443893">
        <w:rPr>
          <w:b/>
          <w:color w:val="auto"/>
          <w:sz w:val="23"/>
          <w:lang w:val="it-IT"/>
        </w:rPr>
        <w:t>10</w:t>
      </w:r>
      <w:r w:rsidRPr="00443893">
        <w:rPr>
          <w:b/>
          <w:color w:val="auto"/>
          <w:sz w:val="23"/>
          <w:lang w:val="it-IT"/>
        </w:rPr>
        <w:t>/2026 – 30/06/2027)</w:t>
      </w:r>
    </w:p>
    <w:p w14:paraId="296CF84E" w14:textId="1114E7F4" w:rsidR="00443893" w:rsidRPr="00443893" w:rsidRDefault="00AB2F27" w:rsidP="00443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</w:pPr>
      <w:r w:rsidRPr="00443893">
        <w:rPr>
          <w:bCs/>
          <w:color w:val="auto"/>
          <w:sz w:val="21"/>
          <w:lang w:val="it-IT"/>
        </w:rPr>
        <w:t>AL DIRIGENTE SCOLASTICO</w:t>
      </w:r>
      <w:r w:rsidR="00443893" w:rsidRPr="00443893">
        <w:rPr>
          <w:bCs/>
          <w:color w:val="auto"/>
          <w:sz w:val="21"/>
          <w:lang w:val="it-IT"/>
        </w:rPr>
        <w:t xml:space="preserve"> DELL’</w:t>
      </w:r>
      <w:r w:rsidR="00443893" w:rsidRPr="00443893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  <w:t>ISTITUTO COMPRENSIVO N°14 SAN FRANCESCO DI PAOLA</w:t>
      </w:r>
    </w:p>
    <w:p w14:paraId="547E85DA" w14:textId="3CC4EEE2" w:rsidR="00443893" w:rsidRPr="00443893" w:rsidRDefault="00443893" w:rsidP="00443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</w:pPr>
      <w:r w:rsidRPr="00443893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  <w:t>ISTITUTO A INDIRIZZO MUSICALE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it-IT"/>
        </w:rPr>
        <w:t>-MESSINA</w:t>
      </w:r>
    </w:p>
    <w:p w14:paraId="1D137E37" w14:textId="14E1DAE8" w:rsidR="00390D8F" w:rsidRPr="00064E14" w:rsidRDefault="00390D8F">
      <w:pPr>
        <w:rPr>
          <w:lang w:val="it-IT"/>
        </w:rPr>
      </w:pPr>
    </w:p>
    <w:p w14:paraId="4E1DD883" w14:textId="77777777" w:rsidR="00443893" w:rsidRPr="00443893" w:rsidRDefault="00443893" w:rsidP="00443893">
      <w:pPr>
        <w:spacing w:after="80"/>
        <w:rPr>
          <w:color w:val="auto"/>
          <w:lang w:val="it-IT"/>
        </w:rPr>
      </w:pPr>
      <w:r w:rsidRPr="00443893">
        <w:rPr>
          <w:b/>
          <w:color w:val="auto"/>
          <w:lang w:val="it-IT"/>
        </w:rPr>
        <w:t>Il/La sottoscritto/a ____________________________________________________________________</w:t>
      </w:r>
      <w:r w:rsidRPr="00443893">
        <w:rPr>
          <w:b/>
          <w:color w:val="auto"/>
          <w:lang w:val="it-IT"/>
        </w:rPr>
        <w:br/>
      </w:r>
      <w:r w:rsidRPr="00443893">
        <w:rPr>
          <w:color w:val="auto"/>
          <w:lang w:val="it-IT"/>
        </w:rPr>
        <w:t>Codice Fiscale: ____________________________________ Nato/a a: __________________________ (____)</w:t>
      </w:r>
      <w:r w:rsidRPr="00443893">
        <w:rPr>
          <w:color w:val="auto"/>
          <w:lang w:val="it-IT"/>
        </w:rPr>
        <w:br/>
        <w:t>il: ___/___/______ Residente a: ____________________________________________________ (____)</w:t>
      </w:r>
      <w:r w:rsidRPr="00443893">
        <w:rPr>
          <w:color w:val="auto"/>
          <w:lang w:val="it-IT"/>
        </w:rPr>
        <w:br/>
        <w:t>Indirizzo: ______________________________________________________ n. ____ CAP _________</w:t>
      </w:r>
      <w:r w:rsidRPr="00443893">
        <w:rPr>
          <w:color w:val="auto"/>
          <w:lang w:val="it-IT"/>
        </w:rPr>
        <w:br/>
        <w:t>Recapito telefonico / Cellulare: ________________________________________________________</w:t>
      </w:r>
      <w:r w:rsidRPr="00443893">
        <w:rPr>
          <w:color w:val="auto"/>
          <w:lang w:val="it-IT"/>
        </w:rPr>
        <w:br/>
        <w:t>E-mail ordinaria: _____________________________________________________________________</w:t>
      </w:r>
      <w:r w:rsidRPr="00443893">
        <w:rPr>
          <w:color w:val="auto"/>
          <w:lang w:val="it-IT"/>
        </w:rPr>
        <w:br/>
        <w:t>Posta Elettronica Certificata (PEC): ___________________________________________________</w:t>
      </w:r>
    </w:p>
    <w:p w14:paraId="21B7A8C7" w14:textId="4C9C948F" w:rsidR="00390D8F" w:rsidRPr="00443893" w:rsidRDefault="00AB2F27" w:rsidP="00443893">
      <w:pPr>
        <w:spacing w:before="120" w:after="120"/>
        <w:jc w:val="center"/>
        <w:rPr>
          <w:b/>
          <w:color w:val="auto"/>
          <w:lang w:val="it-IT"/>
        </w:rPr>
      </w:pPr>
      <w:r w:rsidRPr="00443893">
        <w:rPr>
          <w:b/>
          <w:color w:val="auto"/>
          <w:sz w:val="26"/>
          <w:lang w:val="it-IT"/>
        </w:rPr>
        <w:t>DICHIARA</w:t>
      </w:r>
    </w:p>
    <w:p w14:paraId="1DD29F9B" w14:textId="77777777" w:rsidR="00390D8F" w:rsidRPr="00064E14" w:rsidRDefault="00AB2F27">
      <w:pPr>
        <w:spacing w:after="120"/>
        <w:rPr>
          <w:lang w:val="it-IT"/>
        </w:rPr>
      </w:pPr>
      <w:r w:rsidRPr="00064E14">
        <w:rPr>
          <w:i/>
          <w:sz w:val="19"/>
          <w:lang w:val="it-IT"/>
        </w:rPr>
        <w:t>ai sensi degli artt. 46 e 47 del D.P.R. 28 dicembre 2000, n. 445, consapevole delle sanzioni penali previste dall'art. 76 del medesimo D.P.R. in caso di dichiarazioni mendaci:</w:t>
      </w:r>
    </w:p>
    <w:p w14:paraId="3441B176" w14:textId="67AC0D1D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b/>
          <w:lang w:val="it-IT"/>
        </w:rPr>
        <w:t>1. Di manifestare la propria formale disponibilità all'assegnazione della supplenza per la classe di concorso AE56 – Fagotto (Prot. n. 0003102/U) con decorrenza dal 23/</w:t>
      </w:r>
      <w:r w:rsidR="00443893">
        <w:rPr>
          <w:b/>
          <w:lang w:val="it-IT"/>
        </w:rPr>
        <w:t>10</w:t>
      </w:r>
      <w:r w:rsidRPr="00064E14">
        <w:rPr>
          <w:b/>
          <w:lang w:val="it-IT"/>
        </w:rPr>
        <w:t>/2026 e fino al 30/06/2027;</w:t>
      </w:r>
    </w:p>
    <w:p w14:paraId="5741BF87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2. Di essere in possesso del seguente titolo di accesso:</w:t>
      </w:r>
    </w:p>
    <w:p w14:paraId="105D78B6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   </w:t>
      </w:r>
      <w:proofErr w:type="gramStart"/>
      <w:r w:rsidRPr="00064E14">
        <w:rPr>
          <w:lang w:val="it-IT"/>
        </w:rPr>
        <w:t>[  ]</w:t>
      </w:r>
      <w:proofErr w:type="gramEnd"/>
      <w:r w:rsidRPr="00064E14">
        <w:rPr>
          <w:lang w:val="it-IT"/>
        </w:rPr>
        <w:t xml:space="preserve"> Abilitazione specifica per la </w:t>
      </w:r>
      <w:proofErr w:type="spellStart"/>
      <w:r w:rsidRPr="00064E14">
        <w:rPr>
          <w:lang w:val="it-IT"/>
        </w:rPr>
        <w:t>CdC</w:t>
      </w:r>
      <w:proofErr w:type="spellEnd"/>
      <w:r w:rsidRPr="00064E14">
        <w:rPr>
          <w:lang w:val="it-IT"/>
        </w:rPr>
        <w:t xml:space="preserve"> AE56 conseguita il ___/___/______ presso _____________________________________ con voto ___/___</w:t>
      </w:r>
    </w:p>
    <w:p w14:paraId="6CEC8959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   </w:t>
      </w:r>
      <w:proofErr w:type="gramStart"/>
      <w:r w:rsidRPr="00064E14">
        <w:rPr>
          <w:lang w:val="it-IT"/>
        </w:rPr>
        <w:t>[  ]</w:t>
      </w:r>
      <w:proofErr w:type="gramEnd"/>
      <w:r w:rsidRPr="00064E14">
        <w:rPr>
          <w:lang w:val="it-IT"/>
        </w:rPr>
        <w:t xml:space="preserve"> Diploma di Conservatorio di Vecchio Ordinamento in Fagotto congiunto a diploma di maturità, conseguito il ___/___/______ presso _____________________________________ con voto ___/___</w:t>
      </w:r>
    </w:p>
    <w:p w14:paraId="495E141E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   </w:t>
      </w:r>
      <w:proofErr w:type="gramStart"/>
      <w:r w:rsidRPr="00064E14">
        <w:rPr>
          <w:lang w:val="it-IT"/>
        </w:rPr>
        <w:t>[  ]</w:t>
      </w:r>
      <w:proofErr w:type="gramEnd"/>
      <w:r w:rsidRPr="00064E14">
        <w:rPr>
          <w:lang w:val="it-IT"/>
        </w:rPr>
        <w:t xml:space="preserve"> Diploma Accademico di II Livello in Fagotto (CODI/12) conseguito il ___/___/______ presso _____________________________________ con voto ___/___</w:t>
      </w:r>
    </w:p>
    <w:p w14:paraId="3936953F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 xml:space="preserve">3. Di </w:t>
      </w:r>
      <w:proofErr w:type="gramStart"/>
      <w:r w:rsidRPr="00064E14">
        <w:rPr>
          <w:lang w:val="it-IT"/>
        </w:rPr>
        <w:t>[  ]</w:t>
      </w:r>
      <w:proofErr w:type="gramEnd"/>
      <w:r w:rsidRPr="00064E14">
        <w:rPr>
          <w:lang w:val="it-IT"/>
        </w:rPr>
        <w:t xml:space="preserve"> ESSERE  /  [  ] NON ESSERE inserito/a nelle Graduatorie Provinciali per le Supplenze (GPS) per la classe di concorso AE56 della provincia di ___________________ con punteggio punti __________;</w:t>
      </w:r>
    </w:p>
    <w:p w14:paraId="7E085D43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4. Di non aver stipulato contratti a tempo determinato per l'A.S. corrente sulla medesima tipologia di posto (ovvero di trovarsi nelle condizioni di cui all'art. 70 CCNL 2019-2021 quale personale ATA di ruolo su posto intero);</w:t>
      </w:r>
    </w:p>
    <w:p w14:paraId="21EEC934" w14:textId="77777777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lang w:val="it-IT"/>
        </w:rPr>
        <w:t>5. Di non essere incorso/a nelle sanzioni o nelle cause di esclusione previste dall'art. 14 dell'O.M. n. 88/2024;</w:t>
      </w:r>
    </w:p>
    <w:p w14:paraId="60A99F17" w14:textId="1828B76E" w:rsidR="00390D8F" w:rsidRPr="00064E14" w:rsidRDefault="00AB2F27">
      <w:pPr>
        <w:spacing w:after="80"/>
        <w:ind w:left="288"/>
        <w:rPr>
          <w:lang w:val="it-IT"/>
        </w:rPr>
      </w:pPr>
      <w:r w:rsidRPr="00064E14">
        <w:rPr>
          <w:b/>
          <w:lang w:val="it-IT"/>
        </w:rPr>
        <w:t xml:space="preserve">6. Di impegnarsi a prendere servizio in presenza presso la sede scolastica il </w:t>
      </w:r>
      <w:r w:rsidRPr="005376DF">
        <w:rPr>
          <w:b/>
          <w:color w:val="auto"/>
          <w:lang w:val="it-IT"/>
        </w:rPr>
        <w:t>giorno 23/</w:t>
      </w:r>
      <w:r w:rsidR="00443893" w:rsidRPr="005376DF">
        <w:rPr>
          <w:b/>
          <w:color w:val="auto"/>
          <w:lang w:val="it-IT"/>
        </w:rPr>
        <w:t>10</w:t>
      </w:r>
      <w:r w:rsidRPr="005376DF">
        <w:rPr>
          <w:b/>
          <w:color w:val="auto"/>
          <w:lang w:val="it-IT"/>
        </w:rPr>
        <w:t xml:space="preserve">/2026 </w:t>
      </w:r>
      <w:r w:rsidRPr="00064E14">
        <w:rPr>
          <w:b/>
          <w:lang w:val="it-IT"/>
        </w:rPr>
        <w:t>alle ore 08:00 in caso di individuazione.</w:t>
      </w:r>
    </w:p>
    <w:p w14:paraId="66490EF8" w14:textId="77777777" w:rsidR="00390D8F" w:rsidRDefault="00AB2F27">
      <w:pPr>
        <w:spacing w:before="160"/>
        <w:rPr>
          <w:color w:val="646464"/>
          <w:sz w:val="17"/>
          <w:lang w:val="it-IT"/>
        </w:rPr>
      </w:pPr>
      <w:r w:rsidRPr="00443893">
        <w:rPr>
          <w:b/>
          <w:color w:val="auto"/>
          <w:sz w:val="17"/>
          <w:lang w:val="it-IT"/>
        </w:rPr>
        <w:t>Informativa Privacy</w:t>
      </w:r>
      <w:r w:rsidRPr="00064E14">
        <w:rPr>
          <w:b/>
          <w:color w:val="003366"/>
          <w:sz w:val="17"/>
          <w:lang w:val="it-IT"/>
        </w:rPr>
        <w:t xml:space="preserve">: </w:t>
      </w:r>
      <w:r w:rsidRPr="00064E14">
        <w:rPr>
          <w:color w:val="646464"/>
          <w:sz w:val="17"/>
          <w:lang w:val="it-IT"/>
        </w:rPr>
        <w:t xml:space="preserve">I dati personali forniti saranno trattati dall'Istituzione Scolastica esclusivamente per le finalità legate alla gestione della presente procedura di reclutamento, ai sensi del Regolamento UE 2016/679 (GDPR) e del </w:t>
      </w:r>
      <w:proofErr w:type="spellStart"/>
      <w:proofErr w:type="gramStart"/>
      <w:r w:rsidRPr="00064E14">
        <w:rPr>
          <w:color w:val="646464"/>
          <w:sz w:val="17"/>
          <w:lang w:val="it-IT"/>
        </w:rPr>
        <w:t>D.Lgs</w:t>
      </w:r>
      <w:proofErr w:type="gramEnd"/>
      <w:r w:rsidRPr="00064E14">
        <w:rPr>
          <w:color w:val="646464"/>
          <w:sz w:val="17"/>
          <w:lang w:val="it-IT"/>
        </w:rPr>
        <w:t>.</w:t>
      </w:r>
      <w:proofErr w:type="spellEnd"/>
      <w:r w:rsidRPr="00064E14">
        <w:rPr>
          <w:color w:val="646464"/>
          <w:sz w:val="17"/>
          <w:lang w:val="it-IT"/>
        </w:rPr>
        <w:t xml:space="preserve"> 196/2003.</w:t>
      </w:r>
    </w:p>
    <w:p w14:paraId="5776CFAD" w14:textId="6256135C" w:rsidR="00443893" w:rsidRPr="00443893" w:rsidRDefault="00443893">
      <w:pPr>
        <w:spacing w:before="160"/>
        <w:rPr>
          <w:b/>
          <w:bCs/>
          <w:color w:val="auto"/>
          <w:lang w:val="it-IT"/>
        </w:rPr>
      </w:pPr>
      <w:r w:rsidRPr="00443893">
        <w:rPr>
          <w:b/>
          <w:bCs/>
          <w:color w:val="auto"/>
          <w:sz w:val="17"/>
          <w:lang w:val="it-IT"/>
        </w:rPr>
        <w:t xml:space="preserve">LUOGO E DATA </w:t>
      </w:r>
      <w:r>
        <w:rPr>
          <w:b/>
          <w:bCs/>
          <w:color w:val="auto"/>
          <w:sz w:val="17"/>
          <w:lang w:val="it-IT"/>
        </w:rPr>
        <w:t xml:space="preserve">                                                                                                                                                          FIRMA DEL CANDIDATO/A</w:t>
      </w:r>
    </w:p>
    <w:sectPr w:rsidR="00443893" w:rsidRPr="00443893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4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4E14"/>
    <w:rsid w:val="0015074B"/>
    <w:rsid w:val="001E3AFC"/>
    <w:rsid w:val="00293F12"/>
    <w:rsid w:val="0029639D"/>
    <w:rsid w:val="002A686D"/>
    <w:rsid w:val="00326F90"/>
    <w:rsid w:val="00390D8F"/>
    <w:rsid w:val="00443893"/>
    <w:rsid w:val="005376DF"/>
    <w:rsid w:val="006B24CF"/>
    <w:rsid w:val="00AA1D8D"/>
    <w:rsid w:val="00AB2F27"/>
    <w:rsid w:val="00B47730"/>
    <w:rsid w:val="00B91047"/>
    <w:rsid w:val="00C31AFA"/>
    <w:rsid w:val="00C5180E"/>
    <w:rsid w:val="00C57C34"/>
    <w:rsid w:val="00CB0664"/>
    <w:rsid w:val="00CE4B87"/>
    <w:rsid w:val="00D84ABB"/>
    <w:rsid w:val="00F652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CF166"/>
  <w14:defaultImageDpi w14:val="300"/>
  <w15:docId w15:val="{0DED2FD9-1D45-469D-95D8-5752F8BA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Calibri" w:hAnsi="Calibri"/>
      <w:color w:val="2222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tabella1">
    <w:name w:val="Griglia tabella1"/>
    <w:basedOn w:val="Tabellanormale"/>
    <w:next w:val="Grigliatabella"/>
    <w:uiPriority w:val="39"/>
    <w:rsid w:val="00064E14"/>
    <w:pPr>
      <w:spacing w:after="0" w:line="240" w:lineRule="auto"/>
    </w:pPr>
    <w:rPr>
      <w:rFonts w:eastAsiaTheme="minorHAns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4E14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B24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B24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B24CF"/>
    <w:rPr>
      <w:rFonts w:ascii="Calibri" w:hAnsi="Calibri"/>
      <w:color w:val="222222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24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24CF"/>
    <w:rPr>
      <w:rFonts w:ascii="Calibri" w:hAnsi="Calibri"/>
      <w:b/>
      <w:bCs/>
      <w:color w:val="222222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6B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Default">
    <w:name w:val="Default"/>
    <w:rsid w:val="006B2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33C297-0B6F-4A94-87F9-F2E77ED88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MEIC86500V - IST.COM.N.14 S.FRANC.DI PAOLA</cp:lastModifiedBy>
  <cp:revision>2</cp:revision>
  <dcterms:created xsi:type="dcterms:W3CDTF">2026-10-19T12:33:00Z</dcterms:created>
  <dcterms:modified xsi:type="dcterms:W3CDTF">2026-10-19T12:33:00Z</dcterms:modified>
  <cp:category/>
</cp:coreProperties>
</file>